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CB232" w14:textId="77777777" w:rsidR="0061489D" w:rsidRDefault="00D50EF9">
      <w:pPr>
        <w:spacing w:after="40"/>
      </w:pPr>
      <w:r>
        <w:rPr>
          <w:b/>
          <w:color w:val="E05A47"/>
        </w:rPr>
        <w:t>UNLEASHING LIVED EXPERIENCE FORUM</w:t>
      </w:r>
    </w:p>
    <w:p w14:paraId="5CED1422" w14:textId="77777777" w:rsidR="0061489D" w:rsidRDefault="00D50EF9">
      <w:r>
        <w:rPr>
          <w:b/>
          <w:color w:val="00838F"/>
          <w:sz w:val="40"/>
        </w:rPr>
        <w:t>Bursary Scholarship Application &amp; Review Document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61489D" w14:paraId="08B7D613" w14:textId="77777777">
        <w:trPr>
          <w:jc w:val="center"/>
        </w:trPr>
        <w:tc>
          <w:tcPr>
            <w:tcW w:w="9648" w:type="dxa"/>
            <w:tcBorders>
              <w:left w:val="single" w:sz="24" w:space="0" w:color="00838F"/>
            </w:tcBorders>
            <w:shd w:val="clear" w:color="auto" w:fill="F0F7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E2A52D1" w14:textId="77777777" w:rsidR="0061489D" w:rsidRDefault="00D50EF9">
            <w:pPr>
              <w:spacing w:after="0"/>
            </w:pPr>
            <w:r>
              <w:rPr>
                <w:b/>
              </w:rPr>
              <w:t xml:space="preserve">Forum Dates: </w:t>
            </w:r>
            <w:r>
              <w:t xml:space="preserve">Tuesday, 17 November – Wednesday, 18 November 2026  |  </w:t>
            </w:r>
            <w:r>
              <w:rPr>
                <w:b/>
              </w:rPr>
              <w:t xml:space="preserve">Location: </w:t>
            </w:r>
            <w:r>
              <w:t>Sydney, Australia</w:t>
            </w:r>
            <w:r>
              <w:br/>
            </w:r>
            <w:r>
              <w:rPr>
                <w:b/>
              </w:rPr>
              <w:t xml:space="preserve">Organiser: </w:t>
            </w:r>
            <w:r>
              <w:t xml:space="preserve">Aventedge  |  </w:t>
            </w:r>
            <w:r>
              <w:rPr>
                <w:b/>
              </w:rPr>
              <w:t xml:space="preserve">Application Submission: </w:t>
            </w:r>
            <w:r>
              <w:t xml:space="preserve">Email completed forms to </w:t>
            </w:r>
            <w:r>
              <w:rPr>
                <w:color w:val="00838F"/>
              </w:rPr>
              <w:t>info@aventedge.com</w:t>
            </w:r>
            <w:r>
              <w:t xml:space="preserve"> with the subject line </w:t>
            </w:r>
            <w:r>
              <w:rPr>
                <w:i/>
              </w:rPr>
              <w:t>"Bursary Scholarship Application - Unleashing Lived Experience Forum"</w:t>
            </w:r>
          </w:p>
        </w:tc>
      </w:tr>
    </w:tbl>
    <w:p w14:paraId="0F9C4895" w14:textId="77777777" w:rsidR="0061489D" w:rsidRDefault="0061489D">
      <w:pPr>
        <w:spacing w:before="120" w:after="0"/>
      </w:pPr>
    </w:p>
    <w:p w14:paraId="79994003" w14:textId="77777777" w:rsidR="0061489D" w:rsidRDefault="00D50EF9">
      <w:pPr>
        <w:keepNext/>
        <w:pBdr>
          <w:bottom w:val="single" w:sz="12" w:space="4" w:color="00838F"/>
        </w:pBdr>
        <w:spacing w:before="320" w:after="120"/>
      </w:pPr>
      <w:r>
        <w:rPr>
          <w:b/>
          <w:color w:val="00838F"/>
          <w:sz w:val="26"/>
        </w:rPr>
        <w:t>1. Program Overview &amp; Equity Access Statement</w:t>
      </w:r>
    </w:p>
    <w:p w14:paraId="0739A2A9" w14:textId="50EEB761" w:rsidR="0061489D" w:rsidRDefault="00D50EF9">
      <w:pPr>
        <w:spacing w:after="160"/>
      </w:pPr>
      <w:r>
        <w:t xml:space="preserve">Financial barriers should never obstruct systemic advocacy. Thanks to our equity </w:t>
      </w:r>
      <w:r w:rsidR="006F6D6C">
        <w:t>sponsorship</w:t>
      </w:r>
      <w:r>
        <w:t xml:space="preserve"> partners, </w:t>
      </w:r>
      <w:proofErr w:type="spellStart"/>
      <w:r>
        <w:t>Aventedge</w:t>
      </w:r>
      <w:proofErr w:type="spellEnd"/>
      <w:r>
        <w:t xml:space="preserve"> </w:t>
      </w:r>
      <w:r w:rsidR="006F6D6C">
        <w:t>and BEING are</w:t>
      </w:r>
      <w:r>
        <w:t xml:space="preserve"> proud to offer dedicated </w:t>
      </w:r>
      <w:r>
        <w:rPr>
          <w:b/>
        </w:rPr>
        <w:t>Bursary Scholarships</w:t>
      </w:r>
      <w:r>
        <w:t xml:space="preserve"> for independent peer workers, consumers, regional advocates, and representatives from small, underfunded organisations.</w:t>
      </w:r>
    </w:p>
    <w:p w14:paraId="4921F2B4" w14:textId="77777777" w:rsidR="0061489D" w:rsidRDefault="00D50EF9">
      <w:pPr>
        <w:keepNext/>
        <w:spacing w:before="240" w:after="80"/>
      </w:pPr>
      <w:r>
        <w:rPr>
          <w:b/>
          <w:color w:val="E05A47"/>
          <w:sz w:val="22"/>
        </w:rPr>
        <w:t>Eligibility &amp; Scope</w:t>
      </w:r>
    </w:p>
    <w:p w14:paraId="3668BDE8" w14:textId="37283421" w:rsidR="0061489D" w:rsidRDefault="00D50EF9">
      <w:pPr>
        <w:pStyle w:val="ListBullet"/>
        <w:spacing w:after="60"/>
      </w:pPr>
      <w:r>
        <w:rPr>
          <w:b/>
        </w:rPr>
        <w:t xml:space="preserve">Target Applicants: </w:t>
      </w:r>
      <w:r w:rsidR="00F10E5E" w:rsidRPr="00F10E5E">
        <w:rPr>
          <w:bCs/>
        </w:rPr>
        <w:t>People with lived experience,</w:t>
      </w:r>
      <w:r w:rsidR="00F10E5E">
        <w:rPr>
          <w:b/>
        </w:rPr>
        <w:t xml:space="preserve"> </w:t>
      </w:r>
      <w:r w:rsidR="00F10E5E">
        <w:t>independent</w:t>
      </w:r>
      <w:r>
        <w:t xml:space="preserve"> peer workers, lived experience advocates, consumers, and staff from small community/non-profit organisations.</w:t>
      </w:r>
    </w:p>
    <w:p w14:paraId="6B4A30F0" w14:textId="77777777" w:rsidR="0061489D" w:rsidRDefault="00D50EF9">
      <w:pPr>
        <w:pStyle w:val="ListBullet"/>
        <w:spacing w:after="60"/>
      </w:pPr>
      <w:r>
        <w:rPr>
          <w:b/>
        </w:rPr>
        <w:t xml:space="preserve">Exclusions: </w:t>
      </w:r>
      <w:r>
        <w:t>Representatives from government agencies and large, fully funded corporate/community organisations are generally ineligible.</w:t>
      </w:r>
    </w:p>
    <w:p w14:paraId="18446837" w14:textId="77777777" w:rsidR="0061489D" w:rsidRDefault="00D50EF9">
      <w:pPr>
        <w:pStyle w:val="ListBullet"/>
        <w:spacing w:after="60"/>
      </w:pPr>
      <w:r>
        <w:rPr>
          <w:b/>
        </w:rPr>
        <w:t xml:space="preserve">Confidentiality: </w:t>
      </w:r>
      <w:r>
        <w:t>All details provided in this application will be handled with strict confidentiality and accessed solely by the bursary evaluation committee.</w:t>
      </w:r>
    </w:p>
    <w:p w14:paraId="135ED7BB" w14:textId="77777777" w:rsidR="0061489D" w:rsidRDefault="00D50EF9">
      <w:pPr>
        <w:keepNext/>
        <w:pBdr>
          <w:bottom w:val="single" w:sz="12" w:space="4" w:color="00838F"/>
        </w:pBdr>
        <w:spacing w:before="320" w:after="120"/>
      </w:pPr>
      <w:r>
        <w:rPr>
          <w:b/>
          <w:color w:val="00838F"/>
          <w:sz w:val="26"/>
        </w:rPr>
        <w:t>2. Applicant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480"/>
      </w:tblGrid>
      <w:tr w:rsidR="0061489D" w14:paraId="43C7D4CE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86DAEE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Full Name</w:t>
            </w:r>
          </w:p>
        </w:tc>
        <w:tc>
          <w:tcPr>
            <w:tcW w:w="6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9A691" w14:textId="77777777" w:rsidR="0061489D" w:rsidRDefault="00000000">
            <w:pPr>
              <w:spacing w:after="0"/>
            </w:pPr>
            <w:sdt>
              <w:sdtPr>
                <w:id w:val="-36352415"/>
                <w:text/>
              </w:sdtPr>
              <w:sdtContent>
                <w:r w:rsidR="00D50EF9">
                  <w:rPr>
                    <w:i/>
                    <w:color w:val="999999"/>
                  </w:rPr>
                  <w:t>Enter full name</w:t>
                </w:r>
              </w:sdtContent>
            </w:sdt>
          </w:p>
        </w:tc>
      </w:tr>
      <w:tr w:rsidR="0061489D" w14:paraId="594A7312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BAB4A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Preferred Name / Pronouns</w:t>
            </w:r>
          </w:p>
        </w:tc>
        <w:tc>
          <w:tcPr>
            <w:tcW w:w="6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72885" w14:textId="77777777" w:rsidR="0061489D" w:rsidRDefault="00000000">
            <w:pPr>
              <w:spacing w:after="0"/>
            </w:pPr>
            <w:sdt>
              <w:sdtPr>
                <w:id w:val="1195962578"/>
                <w:text/>
              </w:sdtPr>
              <w:sdtContent>
                <w:r w:rsidR="00D50EF9">
                  <w:rPr>
                    <w:i/>
                    <w:color w:val="999999"/>
                  </w:rPr>
                  <w:t>Enter preferred name and pronouns</w:t>
                </w:r>
              </w:sdtContent>
            </w:sdt>
          </w:p>
        </w:tc>
      </w:tr>
      <w:tr w:rsidR="0061489D" w14:paraId="15220AE0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D63F1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Email Address</w:t>
            </w:r>
          </w:p>
        </w:tc>
        <w:tc>
          <w:tcPr>
            <w:tcW w:w="6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5FC555" w14:textId="77777777" w:rsidR="0061489D" w:rsidRDefault="00000000">
            <w:pPr>
              <w:spacing w:after="0"/>
            </w:pPr>
            <w:sdt>
              <w:sdtPr>
                <w:id w:val="520901797"/>
                <w:text/>
              </w:sdtPr>
              <w:sdtContent>
                <w:r w:rsidR="00D50EF9">
                  <w:rPr>
                    <w:i/>
                    <w:color w:val="999999"/>
                  </w:rPr>
                  <w:t>Enter email address</w:t>
                </w:r>
              </w:sdtContent>
            </w:sdt>
          </w:p>
        </w:tc>
      </w:tr>
      <w:tr w:rsidR="0061489D" w14:paraId="55C32421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7E14E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Phone Number</w:t>
            </w:r>
          </w:p>
        </w:tc>
        <w:tc>
          <w:tcPr>
            <w:tcW w:w="6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B5471" w14:textId="77777777" w:rsidR="0061489D" w:rsidRDefault="00000000">
            <w:pPr>
              <w:spacing w:after="0"/>
            </w:pPr>
            <w:sdt>
              <w:sdtPr>
                <w:id w:val="-2110806241"/>
                <w:text/>
              </w:sdtPr>
              <w:sdtContent>
                <w:r w:rsidR="00D50EF9">
                  <w:rPr>
                    <w:i/>
                    <w:color w:val="999999"/>
                  </w:rPr>
                  <w:t>Enter phone number</w:t>
                </w:r>
              </w:sdtContent>
            </w:sdt>
          </w:p>
        </w:tc>
      </w:tr>
      <w:tr w:rsidR="0061489D" w14:paraId="24D16DC0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DDEDB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Postal Address / Location</w:t>
            </w:r>
          </w:p>
        </w:tc>
        <w:tc>
          <w:tcPr>
            <w:tcW w:w="6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6B3B5E" w14:textId="77777777" w:rsidR="0061489D" w:rsidRDefault="00000000">
            <w:pPr>
              <w:spacing w:after="0"/>
            </w:pPr>
            <w:sdt>
              <w:sdtPr>
                <w:id w:val="-1464421501"/>
                <w:text/>
              </w:sdtPr>
              <w:sdtContent>
                <w:r w:rsidR="00D50EF9">
                  <w:rPr>
                    <w:i/>
                    <w:color w:val="999999"/>
                  </w:rPr>
                  <w:t>City, State, Postcode (to assess regional/remote status)</w:t>
                </w:r>
              </w:sdtContent>
            </w:sdt>
          </w:p>
        </w:tc>
      </w:tr>
      <w:tr w:rsidR="0061489D" w14:paraId="50BA767C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7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6C281C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Organisation / Employer</w:t>
            </w:r>
          </w:p>
        </w:tc>
        <w:tc>
          <w:tcPr>
            <w:tcW w:w="6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B66FA" w14:textId="77777777" w:rsidR="0061489D" w:rsidRDefault="00000000">
            <w:pPr>
              <w:spacing w:after="0"/>
            </w:pPr>
            <w:sdt>
              <w:sdtPr>
                <w:id w:val="516657190"/>
                <w:text/>
              </w:sdtPr>
              <w:sdtContent>
                <w:r w:rsidR="00D50EF9">
                  <w:rPr>
                    <w:i/>
                    <w:color w:val="999999"/>
                  </w:rPr>
                  <w:t>Enter organization name (if applicable)</w:t>
                </w:r>
              </w:sdtContent>
            </w:sdt>
          </w:p>
        </w:tc>
      </w:tr>
    </w:tbl>
    <w:p w14:paraId="1C606205" w14:textId="77777777" w:rsidR="0061489D" w:rsidRDefault="0061489D">
      <w:pPr>
        <w:spacing w:before="80" w:after="0"/>
      </w:pPr>
    </w:p>
    <w:p w14:paraId="389D0DAB" w14:textId="77777777" w:rsidR="0061489D" w:rsidRDefault="00D50EF9">
      <w:pPr>
        <w:keepNext/>
        <w:pBdr>
          <w:bottom w:val="single" w:sz="12" w:space="4" w:color="00838F"/>
        </w:pBdr>
        <w:spacing w:before="320" w:after="120"/>
      </w:pPr>
      <w:r>
        <w:rPr>
          <w:b/>
          <w:color w:val="00838F"/>
          <w:sz w:val="26"/>
        </w:rPr>
        <w:t>3. Employment &amp; Professional Context</w:t>
      </w:r>
    </w:p>
    <w:p w14:paraId="7C222745" w14:textId="77777777" w:rsidR="0061489D" w:rsidRDefault="00D50EF9">
      <w:pPr>
        <w:keepNext/>
        <w:spacing w:before="240" w:after="80"/>
      </w:pPr>
      <w:r>
        <w:rPr>
          <w:b/>
          <w:color w:val="E05A47"/>
          <w:sz w:val="22"/>
        </w:rPr>
        <w:t>3.1 Current Employment Status</w:t>
      </w:r>
    </w:p>
    <w:p w14:paraId="45496D37" w14:textId="77777777" w:rsidR="0061489D" w:rsidRDefault="00D50EF9">
      <w:pPr>
        <w:spacing w:after="80"/>
      </w:pPr>
      <w:r>
        <w:rPr>
          <w:i/>
        </w:rPr>
        <w:t>Select or specify your primary employment status:</w:t>
      </w:r>
    </w:p>
    <w:p w14:paraId="2CEFA73B" w14:textId="77777777" w:rsidR="0061489D" w:rsidRDefault="00000000">
      <w:pPr>
        <w:spacing w:after="40"/>
        <w:ind w:left="288"/>
      </w:pPr>
      <w:sdt>
        <w:sdtPr>
          <w:id w:val="159381468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Full-Time</w:t>
      </w:r>
    </w:p>
    <w:p w14:paraId="00EF4A85" w14:textId="77777777" w:rsidR="0061489D" w:rsidRDefault="00000000">
      <w:pPr>
        <w:spacing w:after="40"/>
        <w:ind w:left="288"/>
      </w:pPr>
      <w:sdt>
        <w:sdtPr>
          <w:id w:val="183479004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Part-Time</w:t>
      </w:r>
    </w:p>
    <w:p w14:paraId="770A79C0" w14:textId="77777777" w:rsidR="0061489D" w:rsidRDefault="00000000">
      <w:pPr>
        <w:spacing w:after="40"/>
        <w:ind w:left="288"/>
      </w:pPr>
      <w:sdt>
        <w:sdtPr>
          <w:id w:val="14154251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Casual / Sessional</w:t>
      </w:r>
    </w:p>
    <w:p w14:paraId="67EDA5BF" w14:textId="77777777" w:rsidR="0061489D" w:rsidRDefault="00000000">
      <w:pPr>
        <w:spacing w:after="40"/>
        <w:ind w:left="288"/>
      </w:pPr>
      <w:sdt>
        <w:sdtPr>
          <w:id w:val="181838049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Independent / Freelance / Contractor</w:t>
      </w:r>
    </w:p>
    <w:p w14:paraId="22FC8474" w14:textId="77777777" w:rsidR="0061489D" w:rsidRDefault="00000000">
      <w:pPr>
        <w:spacing w:after="40"/>
        <w:ind w:left="288"/>
      </w:pPr>
      <w:sdt>
        <w:sdtPr>
          <w:id w:val="-114095536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Unemployed / Seeking Employment</w:t>
      </w:r>
    </w:p>
    <w:p w14:paraId="4C72177A" w14:textId="77777777" w:rsidR="0061489D" w:rsidRDefault="00000000">
      <w:pPr>
        <w:spacing w:after="40"/>
        <w:ind w:left="288"/>
      </w:pPr>
      <w:sdt>
        <w:sdtPr>
          <w:id w:val="194511179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Volunteer Advocates / Representatives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480"/>
      </w:tblGrid>
      <w:tr w:rsidR="0061489D" w14:paraId="234AD133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FB8C25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Current Employer / Organisation:</w:t>
            </w:r>
          </w:p>
        </w:tc>
        <w:tc>
          <w:tcPr>
            <w:tcW w:w="6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C45B5" w14:textId="77777777" w:rsidR="0061489D" w:rsidRDefault="00000000">
            <w:pPr>
              <w:spacing w:after="0"/>
            </w:pPr>
            <w:sdt>
              <w:sdtPr>
                <w:id w:val="-1664460279"/>
                <w:text/>
              </w:sdtPr>
              <w:sdtContent>
                <w:r w:rsidR="00D50EF9">
                  <w:rPr>
                    <w:i/>
                    <w:color w:val="999999"/>
                  </w:rPr>
                  <w:t>Enter current employer or organisation</w:t>
                </w:r>
              </w:sdtContent>
            </w:sdt>
          </w:p>
        </w:tc>
      </w:tr>
      <w:tr w:rsidR="0061489D" w14:paraId="26031C6C" w14:textId="77777777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485DF6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Job Title / Role:</w:t>
            </w:r>
          </w:p>
        </w:tc>
        <w:tc>
          <w:tcPr>
            <w:tcW w:w="64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94C5B" w14:textId="77777777" w:rsidR="0061489D" w:rsidRDefault="00000000">
            <w:pPr>
              <w:spacing w:after="0"/>
            </w:pPr>
            <w:sdt>
              <w:sdtPr>
                <w:id w:val="1761403339"/>
                <w:text/>
              </w:sdtPr>
              <w:sdtContent>
                <w:r w:rsidR="00D50EF9">
                  <w:rPr>
                    <w:i/>
                    <w:color w:val="999999"/>
                  </w:rPr>
                  <w:t>Enter your job title or role</w:t>
                </w:r>
              </w:sdtContent>
            </w:sdt>
          </w:p>
        </w:tc>
      </w:tr>
    </w:tbl>
    <w:p w14:paraId="60661B26" w14:textId="77777777" w:rsidR="0061489D" w:rsidRDefault="00D50EF9">
      <w:pPr>
        <w:keepNext/>
        <w:spacing w:before="240" w:after="80"/>
      </w:pPr>
      <w:r>
        <w:rPr>
          <w:b/>
          <w:color w:val="E05A47"/>
          <w:sz w:val="22"/>
        </w:rPr>
        <w:t>3.2 Use of Lived Experience in Employment</w:t>
      </w:r>
    </w:p>
    <w:p w14:paraId="482C5852" w14:textId="77777777" w:rsidR="0061489D" w:rsidRDefault="00D50EF9">
      <w:pPr>
        <w:spacing w:after="80"/>
      </w:pPr>
      <w:r>
        <w:rPr>
          <w:i/>
        </w:rPr>
        <w:t>Do you explicitly draw upon or utilise your lived/living experience in your current professional or volunteer role?</w:t>
      </w:r>
    </w:p>
    <w:p w14:paraId="6845219F" w14:textId="77777777" w:rsidR="0061489D" w:rsidRDefault="00000000">
      <w:pPr>
        <w:spacing w:after="60"/>
        <w:ind w:left="288"/>
      </w:pPr>
      <w:sdt>
        <w:sdtPr>
          <w:id w:val="-192433612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Yes — Lived experience is a core/designated requirement of my role (e.g., Designated Peer Worker, Lived Experience Advisor)</w:t>
      </w:r>
    </w:p>
    <w:p w14:paraId="3F27B6D0" w14:textId="77777777" w:rsidR="0061489D" w:rsidRDefault="00000000">
      <w:pPr>
        <w:spacing w:after="60"/>
        <w:ind w:left="288"/>
      </w:pPr>
      <w:sdt>
        <w:sdtPr>
          <w:id w:val="145814276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Yes — I draw on my lived experience informally or alongside my primary responsibilities</w:t>
      </w:r>
    </w:p>
    <w:p w14:paraId="719D3289" w14:textId="77777777" w:rsidR="0061489D" w:rsidRDefault="00000000">
      <w:pPr>
        <w:spacing w:after="60"/>
        <w:ind w:left="288"/>
      </w:pPr>
      <w:sdt>
        <w:sdtPr>
          <w:id w:val="-55524324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No — My professional work is separate from my lived experience advocacy</w:t>
      </w:r>
    </w:p>
    <w:p w14:paraId="36A89DF8" w14:textId="77777777" w:rsidR="0061489D" w:rsidRDefault="00000000">
      <w:pPr>
        <w:spacing w:after="60"/>
        <w:ind w:left="288"/>
      </w:pPr>
      <w:sdt>
        <w:sdtPr>
          <w:id w:val="175069846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N/A</w:t>
      </w:r>
    </w:p>
    <w:p w14:paraId="7DC0F1A8" w14:textId="77777777" w:rsidR="0061489D" w:rsidRDefault="00D50EF9">
      <w:pPr>
        <w:keepNext/>
        <w:pBdr>
          <w:bottom w:val="single" w:sz="12" w:space="4" w:color="00838F"/>
        </w:pBdr>
        <w:spacing w:before="320" w:after="120"/>
      </w:pPr>
      <w:r>
        <w:rPr>
          <w:b/>
          <w:color w:val="00838F"/>
          <w:sz w:val="26"/>
        </w:rPr>
        <w:t>4. Lived Experience &amp; Advocacy Background</w:t>
      </w:r>
    </w:p>
    <w:p w14:paraId="6E03AD91" w14:textId="77777777" w:rsidR="0061489D" w:rsidRDefault="00D50EF9">
      <w:pPr>
        <w:keepNext/>
        <w:spacing w:before="240" w:after="80"/>
      </w:pPr>
      <w:r>
        <w:rPr>
          <w:b/>
          <w:color w:val="E05A47"/>
          <w:sz w:val="22"/>
        </w:rPr>
        <w:t>4.1 Duration of Advocacy</w:t>
      </w:r>
    </w:p>
    <w:p w14:paraId="1E26977A" w14:textId="77777777" w:rsidR="0061489D" w:rsidRDefault="00D50EF9">
      <w:pPr>
        <w:spacing w:after="80"/>
      </w:pPr>
      <w:r>
        <w:rPr>
          <w:i/>
        </w:rPr>
        <w:t>How long have you been active as a lived experience advocate or peer worker?</w:t>
      </w:r>
    </w:p>
    <w:p w14:paraId="498DEA47" w14:textId="77777777" w:rsidR="0061489D" w:rsidRDefault="00000000">
      <w:pPr>
        <w:spacing w:after="40"/>
        <w:ind w:left="288"/>
      </w:pPr>
      <w:sdt>
        <w:sdtPr>
          <w:id w:val="-9625102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Less than 1 year</w:t>
      </w:r>
    </w:p>
    <w:p w14:paraId="64618028" w14:textId="77777777" w:rsidR="0061489D" w:rsidRDefault="00000000">
      <w:pPr>
        <w:spacing w:after="40"/>
        <w:ind w:left="288"/>
      </w:pPr>
      <w:sdt>
        <w:sdtPr>
          <w:id w:val="76480060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1 – 3 years</w:t>
      </w:r>
    </w:p>
    <w:p w14:paraId="0B7E5A9F" w14:textId="77777777" w:rsidR="0061489D" w:rsidRDefault="00000000">
      <w:pPr>
        <w:spacing w:after="40"/>
        <w:ind w:left="288"/>
      </w:pPr>
      <w:sdt>
        <w:sdtPr>
          <w:id w:val="-144523012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3 – 5 years</w:t>
      </w:r>
    </w:p>
    <w:p w14:paraId="0967424F" w14:textId="77777777" w:rsidR="0061489D" w:rsidRDefault="00000000">
      <w:pPr>
        <w:spacing w:after="40"/>
        <w:ind w:left="288"/>
      </w:pPr>
      <w:sdt>
        <w:sdtPr>
          <w:id w:val="379217867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5+ years</w:t>
      </w:r>
    </w:p>
    <w:p w14:paraId="42DAF479" w14:textId="659DC7EE" w:rsidR="0037285B" w:rsidRPr="0037285B" w:rsidRDefault="0037285B" w:rsidP="0037285B">
      <w:pPr>
        <w:spacing w:after="40"/>
        <w:ind w:left="288"/>
      </w:pPr>
      <w:sdt>
        <w:sdtPr>
          <w:id w:val="-20464009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Pr="0037285B">
            <w:rPr>
              <w:rFonts w:ascii="MS Gothic" w:eastAsia="MS Gothic" w:hAnsi="MS Gothic" w:hint="eastAsia"/>
            </w:rPr>
            <w:t>☐</w:t>
          </w:r>
        </w:sdtContent>
      </w:sdt>
      <w:r w:rsidRPr="0037285B">
        <w:t xml:space="preserve"> I do not have any formal experience of using my lived experience in a work setting</w:t>
      </w:r>
    </w:p>
    <w:p w14:paraId="59C57E3A" w14:textId="77777777" w:rsidR="0037285B" w:rsidRDefault="0037285B">
      <w:pPr>
        <w:spacing w:after="40"/>
        <w:ind w:left="288"/>
      </w:pPr>
    </w:p>
    <w:p w14:paraId="59677B2F" w14:textId="77777777" w:rsidR="0061489D" w:rsidRDefault="00D50EF9">
      <w:pPr>
        <w:keepNext/>
        <w:spacing w:before="240" w:after="80"/>
      </w:pPr>
      <w:r>
        <w:rPr>
          <w:b/>
          <w:color w:val="E05A47"/>
          <w:sz w:val="22"/>
        </w:rPr>
        <w:t>4.2 Committee &amp; Governance Experience</w:t>
      </w:r>
    </w:p>
    <w:p w14:paraId="71ED9389" w14:textId="77777777" w:rsidR="0061489D" w:rsidRDefault="00D50EF9">
      <w:pPr>
        <w:spacing w:after="120"/>
      </w:pPr>
      <w:r>
        <w:rPr>
          <w:i/>
        </w:rPr>
        <w:t>Please list any lived experience designated committees, advisory groups, working groups, boards, or advocacy networks of which you are or have been a member:</w:t>
      </w:r>
    </w:p>
    <w:p w14:paraId="4241EA54" w14:textId="77777777" w:rsidR="0061489D" w:rsidRDefault="00D50EF9">
      <w:pPr>
        <w:spacing w:before="40" w:after="80"/>
        <w:ind w:left="288"/>
      </w:pPr>
      <w:r>
        <w:rPr>
          <w:b/>
        </w:rPr>
        <w:t xml:space="preserve">1. </w:t>
      </w:r>
      <w:sdt>
        <w:sdtPr>
          <w:id w:val="866258971"/>
          <w:text/>
        </w:sdtPr>
        <w:sdtContent>
          <w:r>
            <w:rPr>
              <w:i/>
              <w:color w:val="999999"/>
            </w:rPr>
            <w:t>Enter committee/group name and role #1</w:t>
          </w:r>
        </w:sdtContent>
      </w:sdt>
    </w:p>
    <w:p w14:paraId="75C76038" w14:textId="77777777" w:rsidR="0061489D" w:rsidRDefault="00D50EF9">
      <w:pPr>
        <w:spacing w:before="40" w:after="80"/>
        <w:ind w:left="288"/>
      </w:pPr>
      <w:r>
        <w:rPr>
          <w:b/>
        </w:rPr>
        <w:t xml:space="preserve">2. </w:t>
      </w:r>
      <w:sdt>
        <w:sdtPr>
          <w:id w:val="636142044"/>
          <w:text/>
        </w:sdtPr>
        <w:sdtContent>
          <w:r>
            <w:rPr>
              <w:i/>
              <w:color w:val="999999"/>
            </w:rPr>
            <w:t>Enter committee/group name and role #2</w:t>
          </w:r>
        </w:sdtContent>
      </w:sdt>
    </w:p>
    <w:p w14:paraId="7CC33E06" w14:textId="77777777" w:rsidR="0061489D" w:rsidRDefault="00D50EF9">
      <w:pPr>
        <w:spacing w:before="40" w:after="80"/>
        <w:ind w:left="288"/>
      </w:pPr>
      <w:r>
        <w:rPr>
          <w:b/>
        </w:rPr>
        <w:t xml:space="preserve">3. </w:t>
      </w:r>
      <w:sdt>
        <w:sdtPr>
          <w:id w:val="-1932648891"/>
          <w:text/>
        </w:sdtPr>
        <w:sdtContent>
          <w:r>
            <w:rPr>
              <w:i/>
              <w:color w:val="999999"/>
            </w:rPr>
            <w:t>Enter committee/group name and role #3</w:t>
          </w:r>
        </w:sdtContent>
      </w:sdt>
    </w:p>
    <w:p w14:paraId="692F6BC8" w14:textId="77777777" w:rsidR="0061489D" w:rsidRDefault="00D50EF9">
      <w:pPr>
        <w:spacing w:before="40" w:after="80"/>
        <w:ind w:left="288"/>
      </w:pPr>
      <w:r>
        <w:rPr>
          <w:b/>
        </w:rPr>
        <w:t xml:space="preserve">4. </w:t>
      </w:r>
      <w:sdt>
        <w:sdtPr>
          <w:id w:val="-1928338514"/>
          <w:text/>
        </w:sdtPr>
        <w:sdtContent>
          <w:r>
            <w:rPr>
              <w:i/>
              <w:color w:val="999999"/>
            </w:rPr>
            <w:t>Enter committee/group name and role #4</w:t>
          </w:r>
        </w:sdtContent>
      </w:sdt>
    </w:p>
    <w:p w14:paraId="5B46BE62" w14:textId="77777777" w:rsidR="0061489D" w:rsidRDefault="00D50EF9">
      <w:pPr>
        <w:keepNext/>
        <w:spacing w:before="240" w:after="80"/>
      </w:pPr>
      <w:r>
        <w:rPr>
          <w:b/>
          <w:color w:val="E05A47"/>
          <w:sz w:val="22"/>
        </w:rPr>
        <w:t>4.3 Areas of Lived / Living Experience</w:t>
      </w:r>
    </w:p>
    <w:p w14:paraId="44029091" w14:textId="77777777" w:rsidR="0061489D" w:rsidRDefault="00D50EF9">
      <w:pPr>
        <w:spacing w:after="80"/>
      </w:pPr>
      <w:r>
        <w:rPr>
          <w:i/>
        </w:rPr>
        <w:t>To ensure a diverse representation of voices and perspectives across the forum, please indicate the key areas of lived or living experience you bring.</w:t>
      </w:r>
    </w:p>
    <w:p w14:paraId="3170D1C9" w14:textId="77777777" w:rsidR="0061489D" w:rsidRDefault="00D50EF9">
      <w:pPr>
        <w:spacing w:before="40" w:after="120"/>
        <w:ind w:left="288"/>
      </w:pPr>
      <w:r>
        <w:rPr>
          <w:b/>
          <w:sz w:val="19"/>
        </w:rPr>
        <w:t xml:space="preserve">Privacy Note: </w:t>
      </w:r>
      <w:r>
        <w:rPr>
          <w:color w:val="6C757D"/>
          <w:sz w:val="19"/>
        </w:rPr>
        <w:t>You are only required to share information you feel comfortable disclosing. Specific personal details are not required; broad categories or themes are sufficient.</w:t>
      </w:r>
    </w:p>
    <w:p w14:paraId="502CCDF5" w14:textId="77777777" w:rsidR="0061489D" w:rsidRDefault="00000000">
      <w:pPr>
        <w:spacing w:after="40"/>
        <w:ind w:left="288"/>
      </w:pPr>
      <w:sdt>
        <w:sdtPr>
          <w:id w:val="1812589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Mental Health / Consumer Experience</w:t>
      </w:r>
    </w:p>
    <w:p w14:paraId="61E603D9" w14:textId="77777777" w:rsidR="0061489D" w:rsidRDefault="00000000">
      <w:pPr>
        <w:spacing w:after="40"/>
        <w:ind w:left="288"/>
      </w:pPr>
      <w:sdt>
        <w:sdtPr>
          <w:id w:val="161208940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Housing Instability / Homelessness</w:t>
      </w:r>
    </w:p>
    <w:p w14:paraId="502E7F7C" w14:textId="77777777" w:rsidR="0061489D" w:rsidRDefault="00000000">
      <w:pPr>
        <w:spacing w:after="40"/>
        <w:ind w:left="288"/>
      </w:pPr>
      <w:sdt>
        <w:sdtPr>
          <w:id w:val="1713997325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Disability / Neurodivergence</w:t>
      </w:r>
    </w:p>
    <w:p w14:paraId="22DDA837" w14:textId="77777777" w:rsidR="0061489D" w:rsidRDefault="00000000">
      <w:pPr>
        <w:spacing w:after="40"/>
        <w:ind w:left="288"/>
      </w:pPr>
      <w:sdt>
        <w:sdtPr>
          <w:id w:val="2167149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Alcohol and Other Drugs (AOD)</w:t>
      </w:r>
    </w:p>
    <w:p w14:paraId="2C8B1C99" w14:textId="77777777" w:rsidR="0061489D" w:rsidRDefault="00000000">
      <w:pPr>
        <w:spacing w:after="40"/>
        <w:ind w:left="288"/>
      </w:pPr>
      <w:sdt>
        <w:sdtPr>
          <w:id w:val="1384826258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Justice System Involvement</w:t>
      </w:r>
    </w:p>
    <w:p w14:paraId="6FD4F285" w14:textId="77777777" w:rsidR="0061489D" w:rsidRDefault="00000000">
      <w:pPr>
        <w:spacing w:after="40"/>
        <w:ind w:left="288"/>
      </w:pPr>
      <w:sdt>
        <w:sdtPr>
          <w:id w:val="-470598812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Regional, Rural, or Remote Community Navigation</w:t>
      </w:r>
    </w:p>
    <w:p w14:paraId="5768C975" w14:textId="77777777" w:rsidR="0061489D" w:rsidRDefault="00000000">
      <w:pPr>
        <w:spacing w:after="40"/>
        <w:ind w:left="288"/>
      </w:pPr>
      <w:sdt>
        <w:sdtPr>
          <w:id w:val="-1173955810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First Nations Community Experience</w:t>
      </w:r>
    </w:p>
    <w:p w14:paraId="6A057221" w14:textId="77777777" w:rsidR="0061489D" w:rsidRDefault="00000000">
      <w:pPr>
        <w:spacing w:after="40"/>
        <w:ind w:left="288"/>
      </w:pPr>
      <w:sdt>
        <w:sdtPr>
          <w:id w:val="2004467849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LGBTQIA+ Community Navigation</w:t>
      </w:r>
    </w:p>
    <w:p w14:paraId="6DF85A04" w14:textId="77777777" w:rsidR="0061489D" w:rsidRDefault="00000000">
      <w:pPr>
        <w:spacing w:before="40" w:after="40"/>
        <w:ind w:left="288"/>
      </w:pPr>
      <w:sdt>
        <w:sdtPr>
          <w:id w:val="-1385249163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 xml:space="preserve">Other (please specify): </w:t>
      </w:r>
      <w:sdt>
        <w:sdtPr>
          <w:id w:val="-555780775"/>
          <w:text/>
        </w:sdtPr>
        <w:sdtContent>
          <w:r w:rsidR="00D50EF9">
            <w:rPr>
              <w:i/>
              <w:color w:val="999999"/>
            </w:rPr>
            <w:t>Type other lived experience context here</w:t>
          </w:r>
        </w:sdtContent>
      </w:sdt>
    </w:p>
    <w:p w14:paraId="6BA23939" w14:textId="77777777" w:rsidR="0061489D" w:rsidRDefault="00D50EF9">
      <w:pPr>
        <w:keepNext/>
        <w:pBdr>
          <w:bottom w:val="single" w:sz="12" w:space="4" w:color="00838F"/>
        </w:pBdr>
        <w:spacing w:before="320" w:after="120"/>
      </w:pPr>
      <w:r>
        <w:rPr>
          <w:b/>
          <w:color w:val="00838F"/>
          <w:sz w:val="26"/>
        </w:rPr>
        <w:t>5. Value &amp; Contribution Statement</w:t>
      </w:r>
    </w:p>
    <w:p w14:paraId="497A1D98" w14:textId="77777777" w:rsidR="0061489D" w:rsidRDefault="00D50EF9">
      <w:pPr>
        <w:spacing w:after="120"/>
      </w:pPr>
      <w:r>
        <w:rPr>
          <w:i/>
        </w:rPr>
        <w:t xml:space="preserve">In your own words, please describe what you feel you will bring to the event and how your participation will add value to the forum discussions: </w:t>
      </w:r>
      <w:r>
        <w:rPr>
          <w:color w:val="6C757D"/>
          <w:sz w:val="18"/>
        </w:rPr>
        <w:t>(Suggested length: 150–300 words)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61489D" w14:paraId="39E02DC3" w14:textId="77777777">
        <w:trPr>
          <w:jc w:val="center"/>
        </w:trPr>
        <w:tc>
          <w:tcPr>
            <w:tcW w:w="9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CCE1A9F" w14:textId="77777777" w:rsidR="0061489D" w:rsidRDefault="00000000">
            <w:pPr>
              <w:spacing w:after="1600"/>
            </w:pPr>
            <w:sdt>
              <w:sdtPr>
                <w:id w:val="1054195554"/>
                <w:text/>
              </w:sdtPr>
              <w:sdtContent>
                <w:r w:rsidR="00D50EF9">
                  <w:rPr>
                    <w:i/>
                    <w:color w:val="999999"/>
                  </w:rPr>
                  <w:t>Type your full value and contribution statement here...</w:t>
                </w:r>
              </w:sdtContent>
            </w:sdt>
          </w:p>
        </w:tc>
      </w:tr>
    </w:tbl>
    <w:p w14:paraId="6848702C" w14:textId="77777777" w:rsidR="0061489D" w:rsidRDefault="0061489D">
      <w:pPr>
        <w:spacing w:before="80" w:after="0"/>
      </w:pPr>
    </w:p>
    <w:p w14:paraId="3E043C20" w14:textId="77777777" w:rsidR="0061489D" w:rsidRDefault="00D50EF9">
      <w:pPr>
        <w:keepNext/>
        <w:pBdr>
          <w:bottom w:val="single" w:sz="12" w:space="4" w:color="00838F"/>
        </w:pBdr>
        <w:spacing w:before="320" w:after="120"/>
      </w:pPr>
      <w:r>
        <w:rPr>
          <w:b/>
          <w:color w:val="00838F"/>
          <w:sz w:val="26"/>
        </w:rPr>
        <w:t>6. Declaration &amp; Privacy Consent</w:t>
      </w:r>
    </w:p>
    <w:p w14:paraId="43835FEE" w14:textId="77777777" w:rsidR="0061489D" w:rsidRDefault="00000000">
      <w:pPr>
        <w:spacing w:after="60"/>
        <w:ind w:left="288"/>
      </w:pPr>
      <w:sdt>
        <w:sdtPr>
          <w:id w:val="-197244182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I confirm that the information provided in this application is accurate.</w:t>
      </w:r>
    </w:p>
    <w:p w14:paraId="2204122B" w14:textId="77777777" w:rsidR="0061489D" w:rsidRDefault="00000000">
      <w:pPr>
        <w:spacing w:after="60"/>
        <w:ind w:left="288"/>
      </w:pPr>
      <w:sdt>
        <w:sdtPr>
          <w:id w:val="127289614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I understand that bursaries are limited and prioritized for independent advocates and underfunded sector delegates.</w:t>
      </w:r>
    </w:p>
    <w:p w14:paraId="1139B3E5" w14:textId="77777777" w:rsidR="0061489D" w:rsidRDefault="00000000">
      <w:pPr>
        <w:spacing w:after="60"/>
        <w:ind w:left="288"/>
      </w:pPr>
      <w:sdt>
        <w:sdtPr>
          <w:id w:val="-414716266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D50EF9">
            <w:rPr>
              <w:sz w:val="22"/>
            </w:rPr>
            <w:t>☐</w:t>
          </w:r>
        </w:sdtContent>
      </w:sdt>
      <w:r w:rsidR="00D50EF9">
        <w:t>I consent to the Aventedge Bursary Committee reviewing this information confidentially for assessment purposes only.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3600"/>
      </w:tblGrid>
      <w:tr w:rsidR="0061489D" w14:paraId="0DC83C25" w14:textId="77777777">
        <w:trPr>
          <w:jc w:val="center"/>
        </w:trPr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B71B79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Applicant Signature / Name:</w:t>
            </w:r>
            <w:r>
              <w:rPr>
                <w:b/>
                <w:sz w:val="19"/>
              </w:rPr>
              <w:br/>
            </w:r>
            <w:sdt>
              <w:sdtPr>
                <w:id w:val="1394547777"/>
                <w:text/>
              </w:sdtPr>
              <w:sdtContent>
                <w:r>
                  <w:rPr>
                    <w:i/>
                    <w:color w:val="999999"/>
                  </w:rPr>
                  <w:t>Type full name as digital signature</w:t>
                </w:r>
              </w:sdtContent>
            </w:sdt>
          </w:p>
        </w:tc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5F582" w14:textId="77777777" w:rsidR="0061489D" w:rsidRDefault="00D50EF9">
            <w:pPr>
              <w:spacing w:after="0"/>
            </w:pPr>
            <w:r>
              <w:rPr>
                <w:b/>
                <w:sz w:val="19"/>
              </w:rPr>
              <w:t>Date:</w:t>
            </w:r>
            <w:r>
              <w:rPr>
                <w:b/>
                <w:sz w:val="19"/>
              </w:rPr>
              <w:br/>
            </w:r>
            <w:sdt>
              <w:sdtPr>
                <w:id w:val="815838722"/>
                <w:text/>
              </w:sdtPr>
              <w:sdtContent>
                <w:r>
                  <w:rPr>
                    <w:i/>
                    <w:color w:val="999999"/>
                  </w:rPr>
                  <w:t>DD / MM / 2026</w:t>
                </w:r>
              </w:sdtContent>
            </w:sdt>
          </w:p>
        </w:tc>
      </w:tr>
    </w:tbl>
    <w:p w14:paraId="55B80898" w14:textId="77777777" w:rsidR="00D50EF9" w:rsidRDefault="00D50EF9"/>
    <w:sectPr w:rsidR="00D50EF9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5811545">
    <w:abstractNumId w:val="8"/>
  </w:num>
  <w:num w:numId="2" w16cid:durableId="952634584">
    <w:abstractNumId w:val="6"/>
  </w:num>
  <w:num w:numId="3" w16cid:durableId="1546138106">
    <w:abstractNumId w:val="5"/>
  </w:num>
  <w:num w:numId="4" w16cid:durableId="248080349">
    <w:abstractNumId w:val="4"/>
  </w:num>
  <w:num w:numId="5" w16cid:durableId="1927611310">
    <w:abstractNumId w:val="7"/>
  </w:num>
  <w:num w:numId="6" w16cid:durableId="1206410167">
    <w:abstractNumId w:val="3"/>
  </w:num>
  <w:num w:numId="7" w16cid:durableId="3477787">
    <w:abstractNumId w:val="2"/>
  </w:num>
  <w:num w:numId="8" w16cid:durableId="1264530399">
    <w:abstractNumId w:val="1"/>
  </w:num>
  <w:num w:numId="9" w16cid:durableId="1597055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FA4"/>
    <w:rsid w:val="0006063C"/>
    <w:rsid w:val="0015074B"/>
    <w:rsid w:val="00160C7F"/>
    <w:rsid w:val="00181FB7"/>
    <w:rsid w:val="00222063"/>
    <w:rsid w:val="0029639D"/>
    <w:rsid w:val="00326F90"/>
    <w:rsid w:val="0037285B"/>
    <w:rsid w:val="0061489D"/>
    <w:rsid w:val="006F6D6C"/>
    <w:rsid w:val="009E177E"/>
    <w:rsid w:val="00A707F8"/>
    <w:rsid w:val="00AA1D8D"/>
    <w:rsid w:val="00B47730"/>
    <w:rsid w:val="00CB0664"/>
    <w:rsid w:val="00D50EF9"/>
    <w:rsid w:val="00DE4E8D"/>
    <w:rsid w:val="00E73424"/>
    <w:rsid w:val="00F10E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5FB11E"/>
  <w14:defaultImageDpi w14:val="300"/>
  <w15:docId w15:val="{0F3A05AD-E864-4DDA-8728-E5578A04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6F6D6C"/>
    <w:pPr>
      <w:spacing w:after="0" w:line="240" w:lineRule="auto"/>
    </w:pPr>
    <w:rPr>
      <w:rFonts w:ascii="Arial" w:hAnsi="Arial"/>
      <w:color w:val="22222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Emma Keeley Kawesha</cp:lastModifiedBy>
  <cp:revision>2</cp:revision>
  <dcterms:created xsi:type="dcterms:W3CDTF">2026-08-11T00:19:00Z</dcterms:created>
  <dcterms:modified xsi:type="dcterms:W3CDTF">2026-08-11T00:19:00Z</dcterms:modified>
  <cp:category/>
</cp:coreProperties>
</file>